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line="264" w:lineRule="auto"/>
      </w:pPr>
      <w:r>
        <w:rPr>
          <w:b/>
          <w:i w:val="0"/>
          <w:color w:val="143B58"/>
          <w:sz w:val="28"/>
        </w:rPr>
        <w:t>Üleandmise-vastuvõtmise akt</w:t>
      </w:r>
    </w:p>
    <w:p>
      <w:pPr>
        <w:keepNext w:val="0"/>
        <w:spacing w:line="264" w:lineRule="auto"/>
      </w:pPr>
      <w:r>
        <w:rPr>
          <w:b w:val="0"/>
          <w:i w:val="0"/>
        </w:rPr>
        <w:t>Meie, allakirjutanud, kinnitame, et oleme kokku leppinud järgmistes tingimustes:</w:t>
      </w:r>
    </w:p>
    <w:p>
      <w:pPr>
        <w:keepNext w:val="0"/>
        <w:spacing w:line="264" w:lineRule="auto"/>
      </w:pPr>
      <w:r>
        <w:rPr>
          <w:b/>
          <w:i w:val="0"/>
        </w:rPr>
        <w:t>1. Üleandja: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[Nimi ja perekonnanimi]</w:t>
      </w:r>
      <w:r>
        <w:rPr>
          <w:b w:val="0"/>
          <w:i w:val="0"/>
        </w:rPr>
        <w:t xml:space="preserve">, </w:t>
      </w:r>
      <w:r>
        <w:rPr>
          <w:b w:val="0"/>
          <w:i w:val="0"/>
        </w:rPr>
        <w:t>[Isikukood]</w:t>
      </w:r>
      <w:r>
        <w:rPr>
          <w:b w:val="0"/>
          <w:i w:val="0"/>
        </w:rPr>
        <w:t xml:space="preserve">, </w:t>
      </w:r>
      <w:r>
        <w:rPr>
          <w:b w:val="0"/>
          <w:i w:val="0"/>
        </w:rPr>
        <w:t>[Aadress]</w:t>
      </w:r>
      <w:r>
        <w:rPr>
          <w:b w:val="0"/>
          <w:i w:val="0"/>
        </w:rPr>
        <w:t>.</w:t>
      </w:r>
    </w:p>
    <w:p>
      <w:pPr>
        <w:keepNext w:val="0"/>
        <w:spacing w:line="264" w:lineRule="auto"/>
      </w:pPr>
      <w:r>
        <w:rPr>
          <w:b/>
          <w:i w:val="0"/>
        </w:rPr>
        <w:t>2. Vastuvõtja: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[Nimi ja perekonnanimi]</w:t>
      </w:r>
      <w:r>
        <w:rPr>
          <w:b w:val="0"/>
          <w:i w:val="0"/>
        </w:rPr>
        <w:t xml:space="preserve">, </w:t>
      </w:r>
      <w:r>
        <w:rPr>
          <w:b w:val="0"/>
          <w:i w:val="0"/>
        </w:rPr>
        <w:t>[Isikukood]</w:t>
      </w:r>
      <w:r>
        <w:rPr>
          <w:b w:val="0"/>
          <w:i w:val="0"/>
        </w:rPr>
        <w:t xml:space="preserve">, </w:t>
      </w:r>
      <w:r>
        <w:rPr>
          <w:b w:val="0"/>
          <w:i w:val="0"/>
        </w:rPr>
        <w:t>[Aadress]</w:t>
      </w:r>
      <w:r>
        <w:rPr>
          <w:b w:val="0"/>
          <w:i w:val="0"/>
        </w:rPr>
        <w:t>.</w:t>
      </w:r>
    </w:p>
    <w:p>
      <w:pPr>
        <w:keepNext w:val="0"/>
        <w:spacing w:line="264" w:lineRule="auto"/>
      </w:pPr>
      <w:r>
        <w:rPr>
          <w:b/>
          <w:i w:val="0"/>
        </w:rPr>
        <w:t>3. Üleandmise kuupäev: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[Kuupäev]</w:t>
      </w:r>
      <w:r>
        <w:rPr>
          <w:b w:val="0"/>
          <w:i w:val="0"/>
        </w:rPr>
        <w:t>.</w:t>
      </w:r>
    </w:p>
    <w:p>
      <w:pPr>
        <w:keepNext w:val="0"/>
        <w:spacing w:line="264" w:lineRule="auto"/>
      </w:pPr>
      <w:r>
        <w:rPr>
          <w:b/>
          <w:i w:val="0"/>
        </w:rPr>
        <w:t>4. Üleantav vara: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[Kirjeldus vara]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5. Üleandmise tingimused:</w:t>
      </w:r>
    </w:p>
    <w:p>
      <w:pPr>
        <w:keepNext w:val="0"/>
        <w:spacing w:line="264" w:lineRule="auto"/>
      </w:pPr>
      <w:r>
        <w:rPr>
          <w:b w:val="0"/>
          <w:i w:val="0"/>
        </w:rPr>
        <w:t>[Tingimuste kirjeldus]</w:t>
      </w:r>
    </w:p>
    <w:p>
      <w:pPr>
        <w:keepNext w:val="0"/>
        <w:spacing w:line="264" w:lineRule="auto"/>
      </w:pPr>
      <w:r>
        <w:rPr>
          <w:b w:val="0"/>
          <w:i w:val="0"/>
        </w:rPr>
        <w:t>Kinnitame, et vara on üle antud ja vastuvõetud heas seisukorras ning vastavalt kokkulepitud tingimustele.</w:t>
      </w:r>
    </w:p>
    <w:p>
      <w:pPr>
        <w:keepNext/>
        <w:spacing w:line="264" w:lineRule="auto"/>
      </w:pPr>
      <w:r>
        <w:rPr>
          <w:b/>
          <w:i w:val="0"/>
        </w:rPr>
        <w:t>Allkirjad:</w:t>
      </w:r>
    </w:p>
    <w:p>
      <w:pPr>
        <w:keepNext w:val="0"/>
        <w:spacing w:line="264" w:lineRule="auto"/>
      </w:pPr>
      <w:r>
        <w:rPr>
          <w:b w:val="0"/>
          <w:i w:val="0"/>
        </w:rPr>
        <w:t>Üleandja: ______________________</w:t>
      </w:r>
    </w:p>
    <w:p>
      <w:pPr>
        <w:keepNext w:val="0"/>
        <w:spacing w:line="264" w:lineRule="auto"/>
      </w:pPr>
      <w:r>
        <w:rPr>
          <w:b w:val="0"/>
          <w:i w:val="0"/>
        </w:rPr>
        <w:t>Vastuvõtja: ______________________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Kuupäev: </w:t>
      </w:r>
      <w:r>
        <w:rPr>
          <w:b w:val="0"/>
          <w:i w:val="0"/>
        </w:rPr>
        <w:t>[Kuupäev]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FreeSans" w:hAnsi="Free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Üleandmise-Vastuvõtmise Akt Näidis</dc:title>
  <dc:subject>Published document example 2</dc:subject>
  <dc:creator>naidis-pro.com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