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line="264" w:lineRule="auto"/>
      </w:pPr>
      <w:r>
        <w:rPr>
          <w:b/>
          <w:i w:val="0"/>
          <w:color w:val="143B58"/>
          <w:sz w:val="28"/>
        </w:rPr>
        <w:t>VÕLAÕIGUSLIK LEPING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See võlaõiguslik leping (edaspidi "Leping") on sõlmitud </w:t>
      </w:r>
      <w:r>
        <w:rPr>
          <w:b w:val="0"/>
          <w:i w:val="0"/>
        </w:rPr>
        <w:t>[Nimi 1]</w:t>
      </w:r>
      <w:r>
        <w:rPr>
          <w:b w:val="0"/>
          <w:i w:val="0"/>
        </w:rPr>
        <w:t xml:space="preserve">, isikukood </w:t>
      </w:r>
      <w:r>
        <w:rPr>
          <w:b w:val="0"/>
          <w:i w:val="0"/>
        </w:rPr>
        <w:t>[Isikukood 1]</w:t>
      </w:r>
      <w:r>
        <w:rPr>
          <w:b w:val="0"/>
          <w:i w:val="0"/>
        </w:rPr>
        <w:t xml:space="preserve">, aadress </w:t>
      </w:r>
      <w:r>
        <w:rPr>
          <w:b w:val="0"/>
          <w:i w:val="0"/>
        </w:rPr>
        <w:t>[Aadress 1]</w:t>
      </w:r>
      <w:r>
        <w:rPr>
          <w:b w:val="0"/>
          <w:i w:val="0"/>
        </w:rPr>
        <w:t xml:space="preserve"> (edaspidi "Pool 1") ja </w:t>
      </w:r>
      <w:r>
        <w:rPr>
          <w:b w:val="0"/>
          <w:i w:val="0"/>
        </w:rPr>
        <w:t>[Nimi 2]</w:t>
      </w:r>
      <w:r>
        <w:rPr>
          <w:b w:val="0"/>
          <w:i w:val="0"/>
        </w:rPr>
        <w:t xml:space="preserve">, isikukood </w:t>
      </w:r>
      <w:r>
        <w:rPr>
          <w:b w:val="0"/>
          <w:i w:val="0"/>
        </w:rPr>
        <w:t>[Isikukood 2]</w:t>
      </w:r>
      <w:r>
        <w:rPr>
          <w:b w:val="0"/>
          <w:i w:val="0"/>
        </w:rPr>
        <w:t xml:space="preserve">, aadress </w:t>
      </w:r>
      <w:r>
        <w:rPr>
          <w:b w:val="0"/>
          <w:i w:val="0"/>
        </w:rPr>
        <w:t>[Aadress 2]</w:t>
      </w:r>
      <w:r>
        <w:rPr>
          <w:b w:val="0"/>
          <w:i w:val="0"/>
        </w:rPr>
        <w:t xml:space="preserve"> (edaspidi "Pool 2") vahel.</w:t>
      </w:r>
    </w:p>
    <w:p>
      <w:pPr>
        <w:keepNext/>
        <w:spacing w:line="264" w:lineRule="auto"/>
      </w:pPr>
      <w:r>
        <w:rPr>
          <w:b/>
          <w:i w:val="0"/>
        </w:rPr>
        <w:t>1. LEPINGU EESMÄRK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Poolte vahel on kokku lepitud, et Pool 1 annab Pool 2-le laenu summas </w:t>
      </w:r>
      <w:r>
        <w:rPr>
          <w:b w:val="0"/>
          <w:i w:val="0"/>
        </w:rPr>
        <w:t>[Summa]</w:t>
      </w:r>
      <w:r>
        <w:rPr>
          <w:b w:val="0"/>
          <w:i w:val="0"/>
        </w:rPr>
        <w:t xml:space="preserve"> eurot, mille tagasimaksmise tingimused on sätestatud käesolevas lepingus.</w:t>
      </w:r>
    </w:p>
    <w:p>
      <w:pPr>
        <w:keepNext/>
        <w:spacing w:line="264" w:lineRule="auto"/>
      </w:pPr>
      <w:r>
        <w:rPr>
          <w:b/>
          <w:i w:val="0"/>
        </w:rPr>
        <w:t>2. LAENU TAGASIMAKSMINE</w:t>
      </w:r>
    </w:p>
    <w:p>
      <w:pPr>
        <w:keepNext w:val="0"/>
        <w:spacing w:line="264" w:lineRule="auto"/>
      </w:pPr>
      <w:r>
        <w:rPr>
          <w:b w:val="0"/>
          <w:i w:val="0"/>
        </w:rPr>
        <w:t>Pool 2 kohustub tagastama laenu summa koos intressidega järgmiste tähtaegade jooksul: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Tagasimaksmise tähtaeg: </w:t>
      </w:r>
      <w:r>
        <w:rPr>
          <w:b w:val="0"/>
          <w:i w:val="0"/>
        </w:rPr>
        <w:t>[Kuupäev]</w:t>
      </w:r>
    </w:p>
    <w:p>
      <w:pPr>
        <w:keepNext/>
        <w:spacing w:line="264" w:lineRule="auto"/>
      </w:pPr>
      <w:r>
        <w:rPr>
          <w:b/>
          <w:i w:val="0"/>
        </w:rPr>
        <w:t>3. INTRESS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Laenule kehtib intressimäär </w:t>
      </w:r>
      <w:r>
        <w:rPr>
          <w:b w:val="0"/>
          <w:i w:val="0"/>
        </w:rPr>
        <w:t>[Intressimäär]</w:t>
      </w:r>
      <w:r>
        <w:rPr>
          <w:b w:val="0"/>
          <w:i w:val="0"/>
        </w:rPr>
        <w:t>% aastas.</w:t>
      </w:r>
    </w:p>
    <w:p>
      <w:pPr>
        <w:keepNext/>
        <w:spacing w:line="264" w:lineRule="auto"/>
      </w:pPr>
      <w:r>
        <w:rPr>
          <w:b/>
          <w:i w:val="0"/>
        </w:rPr>
        <w:t>4. MUUD TINGIMUSED</w:t>
      </w:r>
    </w:p>
    <w:p>
      <w:pPr>
        <w:keepNext w:val="0"/>
        <w:spacing w:line="264" w:lineRule="auto"/>
      </w:pPr>
      <w:r>
        <w:rPr>
          <w:b w:val="0"/>
          <w:i w:val="0"/>
        </w:rPr>
        <w:t>Poolte vahelised muud kokkulepped ja tingimused on sätestatud eraldi dokumendis, mis on käesoleva lepingu lahutamatu osa.</w:t>
      </w:r>
    </w:p>
    <w:p>
      <w:pPr>
        <w:keepNext/>
        <w:spacing w:line="264" w:lineRule="auto"/>
      </w:pPr>
      <w:r>
        <w:rPr>
          <w:b/>
          <w:i w:val="0"/>
        </w:rPr>
        <w:t>5. ALLKIRJAD</w:t>
      </w:r>
    </w:p>
    <w:p>
      <w:pPr>
        <w:keepNext w:val="0"/>
        <w:spacing w:line="264" w:lineRule="auto"/>
      </w:pPr>
      <w:r>
        <w:rPr>
          <w:b w:val="0"/>
          <w:i w:val="0"/>
        </w:rPr>
        <w:t>Käesolev leping on koostatud kahes eksemplaris, millest üks jääb Pool 1-le ja teine Pool 2-le.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Pool 1: ____________________________ </w:t>
      </w:r>
      <w:r>
        <w:rPr>
          <w:b w:val="0"/>
          <w:i w:val="0"/>
        </w:rPr>
        <w:t>[Allkiri]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Kuupäev: </w:t>
      </w:r>
      <w:r>
        <w:rPr>
          <w:b w:val="0"/>
          <w:i w:val="0"/>
        </w:rPr>
        <w:t>[Kuupäev]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Pool 2: ____________________________ </w:t>
      </w:r>
      <w:r>
        <w:rPr>
          <w:b w:val="0"/>
          <w:i w:val="0"/>
        </w:rPr>
        <w:t>[Allkiri]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Kuupäev: </w:t>
      </w:r>
      <w:r>
        <w:rPr>
          <w:b w:val="0"/>
          <w:i w:val="0"/>
        </w:rPr>
        <w:t>[Kuupäev]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FreeSans" w:hAnsi="Free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Võlaõiguslik Leping Näidis</dc:title>
  <dc:subject>Published document example 2</dc:subject>
  <dc:creator>naidis-pro.com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