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ÜÜRILEPINGU PIKENDAMINE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sõlmitud </w:t>
      </w:r>
      <w:r>
        <w:rPr>
          <w:b w:val="0"/>
          <w:i w:val="0"/>
        </w:rPr>
        <w:t>[kuupäev]</w:t>
      </w:r>
      <w:r>
        <w:rPr>
          <w:b w:val="0"/>
          <w:i w:val="0"/>
        </w:rPr>
        <w:t>, mille osalisteks on:</w:t>
      </w:r>
    </w:p>
    <w:p>
      <w:pPr>
        <w:keepNext w:val="0"/>
        <w:spacing w:line="264" w:lineRule="auto"/>
      </w:pPr>
      <w:r>
        <w:rPr>
          <w:b/>
          <w:i w:val="0"/>
        </w:rPr>
        <w:t>Üürileandja: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Üürnik: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isikukood: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aadress: </w:t>
      </w:r>
      <w:r>
        <w:rPr>
          <w:b w:val="0"/>
          <w:i w:val="0"/>
        </w:rPr>
        <w:t>[aadress]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Osalised on kokku leppinud, et üürileping, mis sõlmiti </w:t>
      </w:r>
      <w:r>
        <w:rPr>
          <w:b w:val="0"/>
          <w:i w:val="0"/>
        </w:rPr>
        <w:t>[alguskuupäev]</w:t>
      </w:r>
      <w:r>
        <w:rPr>
          <w:b w:val="0"/>
          <w:i w:val="0"/>
        </w:rPr>
        <w:t>, pikendatakse järgmiste tingimustega:</w:t>
      </w:r>
    </w:p>
    <w:p>
      <w:pPr>
        <w:keepNext w:val="0"/>
        <w:spacing w:line="264" w:lineRule="auto"/>
      </w:pPr>
      <w:r>
        <w:rPr>
          <w:b/>
          <w:i w:val="0"/>
        </w:rPr>
        <w:t>Pikendamise kestus:</w:t>
      </w:r>
      <w:r>
        <w:rPr>
          <w:b w:val="0"/>
          <w:i w:val="0"/>
        </w:rPr>
        <w:t xml:space="preserve"> alates </w:t>
      </w:r>
      <w:r>
        <w:rPr>
          <w:b w:val="0"/>
          <w:i w:val="0"/>
        </w:rPr>
        <w:t>[alguskuupäev]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[lõppkuupäev]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/>
          <w:i w:val="0"/>
        </w:rPr>
        <w:t>Üüri summa: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[kuuüür]</w:t>
      </w:r>
      <w:r>
        <w:rPr>
          <w:b w:val="0"/>
          <w:i w:val="0"/>
        </w:rPr>
        <w:t xml:space="preserve"> eurot kuus.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Üürnik kohustub maksma üüri igakuiselt hiljemalt </w:t>
      </w:r>
      <w:r>
        <w:rPr>
          <w:b w:val="0"/>
          <w:i w:val="0"/>
        </w:rPr>
        <w:t>[kuupäev]</w:t>
      </w:r>
      <w:r>
        <w:rPr>
          <w:b w:val="0"/>
          <w:i w:val="0"/>
        </w:rPr>
        <w:t xml:space="preserve"> kuupäevaks.</w:t>
      </w:r>
    </w:p>
    <w:p>
      <w:pPr>
        <w:keepNext w:val="0"/>
        <w:spacing w:line="264" w:lineRule="auto"/>
      </w:pPr>
      <w:r>
        <w:rPr>
          <w:b w:val="0"/>
          <w:i w:val="0"/>
        </w:rPr>
        <w:t>Kõik muud lepingutingimused jäävad muutumatuks.</w:t>
      </w:r>
    </w:p>
    <w:p>
      <w:pPr>
        <w:keepNext w:val="0"/>
        <w:spacing w:line="264" w:lineRule="auto"/>
      </w:pPr>
      <w:r>
        <w:rPr>
          <w:b w:val="0"/>
          <w:i w:val="0"/>
        </w:rPr>
        <w:t>Allakirjutamine:</w:t>
      </w:r>
    </w:p>
    <w:p>
      <w:pPr>
        <w:keepNext w:val="0"/>
        <w:spacing w:line="264" w:lineRule="auto"/>
      </w:pPr>
      <w:r>
        <w:rPr>
          <w:b w:val="0"/>
          <w:i w:val="0"/>
        </w:rPr>
        <w:t>__________________________</w:t>
      </w:r>
    </w:p>
    <w:p>
      <w:pPr>
        <w:keepNext/>
        <w:spacing w:line="264" w:lineRule="auto"/>
      </w:pPr>
      <w:r>
        <w:rPr>
          <w:b/>
          <w:i w:val="0"/>
        </w:rPr>
        <w:t>Üürileandja</w:t>
      </w:r>
    </w:p>
    <w:p>
      <w:pPr>
        <w:keepNext w:val="0"/>
        <w:spacing w:line="264" w:lineRule="auto"/>
      </w:pPr>
      <w:r>
        <w:rPr>
          <w:b w:val="0"/>
          <w:i w:val="0"/>
        </w:rPr>
        <w:t>__________________________</w:t>
      </w:r>
    </w:p>
    <w:p>
      <w:pPr>
        <w:keepNext/>
        <w:spacing w:line="264" w:lineRule="auto"/>
      </w:pPr>
      <w:r>
        <w:rPr>
          <w:b/>
          <w:i w:val="0"/>
        </w:rPr>
        <w:t>Üürnik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Üürilepingu Pikendamine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