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ÜÜRILEPING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üürileping (edaspidi "Leping") on sõlmitud </w:t>
      </w:r>
      <w:r>
        <w:rPr>
          <w:b w:val="0"/>
          <w:i w:val="0"/>
        </w:rPr>
        <w:t>[Kuupäev]</w:t>
      </w:r>
      <w:r>
        <w:rPr>
          <w:b w:val="0"/>
          <w:i w:val="0"/>
        </w:rPr>
        <w:t>, kahe osalise vahel:</w:t>
      </w:r>
    </w:p>
    <w:p>
      <w:pPr>
        <w:keepNext w:val="0"/>
        <w:spacing w:line="264" w:lineRule="auto"/>
      </w:pPr>
      <w:r>
        <w:rPr>
          <w:b/>
          <w:i w:val="0"/>
        </w:rPr>
        <w:t>1. Üürileandja: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[Nimi]</w:t>
      </w:r>
      <w:r>
        <w:rPr>
          <w:b w:val="0"/>
          <w:i w:val="0"/>
        </w:rPr>
        <w:t xml:space="preserve">, isikukood: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aadress: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2. Üürnik: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[Nimi]</w:t>
      </w:r>
      <w:r>
        <w:rPr>
          <w:b w:val="0"/>
          <w:i w:val="0"/>
        </w:rPr>
        <w:t xml:space="preserve">, isikukood: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aadress: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3. Üüritav vara: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[Üüritava vara 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4. Üüri summa:</w:t>
      </w:r>
      <w:r>
        <w:rPr>
          <w:b w:val="0"/>
          <w:i w:val="0"/>
        </w:rPr>
        <w:t xml:space="preserve"> Üüri summa on </w:t>
      </w:r>
      <w:r>
        <w:rPr>
          <w:b w:val="0"/>
          <w:i w:val="0"/>
        </w:rPr>
        <w:t>[Summa]</w:t>
      </w:r>
      <w:r>
        <w:rPr>
          <w:b w:val="0"/>
          <w:i w:val="0"/>
        </w:rPr>
        <w:t xml:space="preserve"> eurot kuus.</w:t>
      </w:r>
    </w:p>
    <w:p>
      <w:pPr>
        <w:keepNext w:val="0"/>
        <w:spacing w:line="264" w:lineRule="auto"/>
      </w:pPr>
      <w:r>
        <w:rPr>
          <w:b/>
          <w:i w:val="0"/>
        </w:rPr>
        <w:t>5. Üüri maksmise tähtaeg:</w:t>
      </w:r>
      <w:r>
        <w:rPr>
          <w:b w:val="0"/>
          <w:i w:val="0"/>
        </w:rPr>
        <w:t xml:space="preserve"> Üürnik kohustub maksma üüri iga kuu </w:t>
      </w:r>
      <w:r>
        <w:rPr>
          <w:b w:val="0"/>
          <w:i w:val="0"/>
        </w:rPr>
        <w:t>[Kuupäev]</w:t>
      </w:r>
      <w:r>
        <w:rPr>
          <w:b w:val="0"/>
          <w:i w:val="0"/>
        </w:rPr>
        <w:t xml:space="preserve"> kuupäevaks.</w:t>
      </w:r>
    </w:p>
    <w:p>
      <w:pPr>
        <w:keepNext w:val="0"/>
        <w:spacing w:line="264" w:lineRule="auto"/>
      </w:pPr>
      <w:r>
        <w:rPr>
          <w:b/>
          <w:i w:val="0"/>
        </w:rPr>
        <w:t>6. Lepingu kestus:</w:t>
      </w:r>
      <w:r>
        <w:rPr>
          <w:b w:val="0"/>
          <w:i w:val="0"/>
        </w:rPr>
        <w:t xml:space="preserve"> Leping kehtib alates </w:t>
      </w:r>
      <w:r>
        <w:rPr>
          <w:b w:val="0"/>
          <w:i w:val="0"/>
        </w:rPr>
        <w:t>[Alguskuupäev]</w:t>
      </w:r>
      <w:r>
        <w:rPr>
          <w:b w:val="0"/>
          <w:i w:val="0"/>
        </w:rPr>
        <w:t xml:space="preserve"> kuni </w:t>
      </w:r>
      <w:r>
        <w:rPr>
          <w:b w:val="0"/>
          <w:i w:val="0"/>
        </w:rPr>
        <w:t>[Lõppkuupäev]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7. Üürileandja õigused ja kohustused:</w:t>
      </w:r>
    </w:p>
    <w:p>
      <w:pPr>
        <w:keepNext w:val="0"/>
        <w:spacing w:line="264" w:lineRule="auto"/>
      </w:pPr>
      <w:r>
        <w:rPr>
          <w:b w:val="0"/>
          <w:i w:val="0"/>
        </w:rPr>
        <w:t>Üürileandja peab tagama, et üüritav vara on heas seisukorras ja vastab seadusandlusele.</w:t>
      </w:r>
    </w:p>
    <w:p>
      <w:pPr>
        <w:keepNext/>
        <w:spacing w:line="264" w:lineRule="auto"/>
      </w:pPr>
      <w:r>
        <w:rPr>
          <w:b/>
          <w:i w:val="0"/>
        </w:rPr>
        <w:t>8. Üürniku õigused ja kohustused:</w:t>
      </w:r>
    </w:p>
    <w:p>
      <w:pPr>
        <w:keepNext w:val="0"/>
        <w:spacing w:line="264" w:lineRule="auto"/>
      </w:pPr>
      <w:r>
        <w:rPr>
          <w:b w:val="0"/>
          <w:i w:val="0"/>
        </w:rPr>
        <w:t>Üürnik peab hoidma üüritavat vara heas seisukorras ning teavitama üürileandjat kõikidest kahjustustest.</w:t>
      </w:r>
    </w:p>
    <w:p>
      <w:pPr>
        <w:keepNext/>
        <w:spacing w:line="264" w:lineRule="auto"/>
      </w:pPr>
      <w:r>
        <w:rPr>
          <w:b/>
          <w:i w:val="0"/>
        </w:rPr>
        <w:t>9. Lepingu lõpetamine:</w:t>
      </w:r>
    </w:p>
    <w:p>
      <w:pPr>
        <w:keepNext w:val="0"/>
        <w:spacing w:line="264" w:lineRule="auto"/>
      </w:pPr>
      <w:r>
        <w:rPr>
          <w:b w:val="0"/>
          <w:i w:val="0"/>
        </w:rPr>
        <w:t>Lepingut saab lõpetada poolte kokkuleppel või seaduses ettenähtud alustel.</w:t>
      </w:r>
    </w:p>
    <w:p>
      <w:pPr>
        <w:keepNext/>
        <w:spacing w:line="264" w:lineRule="auto"/>
      </w:pPr>
      <w:r>
        <w:rPr>
          <w:b/>
          <w:i w:val="0"/>
        </w:rPr>
        <w:t>10. Allkirjad:</w:t>
      </w:r>
    </w:p>
    <w:p>
      <w:pPr>
        <w:keepNext w:val="0"/>
        <w:spacing w:line="264" w:lineRule="auto"/>
      </w:pPr>
      <w:r>
        <w:rPr>
          <w:b w:val="0"/>
          <w:i w:val="0"/>
        </w:rPr>
        <w:t>Üürileandja: ___________________________</w:t>
      </w:r>
    </w:p>
    <w:p>
      <w:pPr>
        <w:keepNext w:val="0"/>
        <w:spacing w:line="264" w:lineRule="auto"/>
      </w:pPr>
      <w:r>
        <w:rPr>
          <w:b w:val="0"/>
          <w:i w:val="0"/>
        </w:rPr>
        <w:t>Üürnik: _______________________________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Üürileping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