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64" w:lineRule="auto"/>
      </w:pPr>
      <w:r>
        <w:rPr>
          <w:b/>
          <w:i w:val="0"/>
          <w:color w:val="143B58"/>
          <w:sz w:val="28"/>
        </w:rPr>
        <w:t>Töölepingu näidis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See tööleping on sõlmitud </w:t>
      </w:r>
      <w:r>
        <w:rPr>
          <w:b w:val="0"/>
          <w:i w:val="0"/>
        </w:rPr>
        <w:t>[Töötaja nimi]</w:t>
      </w:r>
      <w:r>
        <w:rPr>
          <w:b w:val="0"/>
          <w:i w:val="0"/>
        </w:rPr>
        <w:t xml:space="preserve">, isikukood </w:t>
      </w:r>
      <w:r>
        <w:rPr>
          <w:b w:val="0"/>
          <w:i w:val="0"/>
        </w:rPr>
        <w:t>[Isikukood]</w:t>
      </w:r>
      <w:r>
        <w:rPr>
          <w:b w:val="0"/>
          <w:i w:val="0"/>
        </w:rPr>
        <w:t xml:space="preserve">, aadress </w:t>
      </w:r>
      <w:r>
        <w:rPr>
          <w:b w:val="0"/>
          <w:i w:val="0"/>
        </w:rPr>
        <w:t>[Aadress]</w:t>
      </w:r>
      <w:r>
        <w:rPr>
          <w:b w:val="0"/>
          <w:i w:val="0"/>
        </w:rPr>
        <w:t xml:space="preserve"> (edaspidi "Töötaja") ja </w:t>
      </w:r>
      <w:r>
        <w:rPr>
          <w:b w:val="0"/>
          <w:i w:val="0"/>
        </w:rPr>
        <w:t>[Tööandja nimi]</w:t>
      </w:r>
      <w:r>
        <w:rPr>
          <w:b w:val="0"/>
          <w:i w:val="0"/>
        </w:rPr>
        <w:t xml:space="preserve">, registrikood </w:t>
      </w:r>
      <w:r>
        <w:rPr>
          <w:b w:val="0"/>
          <w:i w:val="0"/>
        </w:rPr>
        <w:t>[Registrikood]</w:t>
      </w:r>
      <w:r>
        <w:rPr>
          <w:b w:val="0"/>
          <w:i w:val="0"/>
        </w:rPr>
        <w:t xml:space="preserve">, aadress </w:t>
      </w:r>
      <w:r>
        <w:rPr>
          <w:b w:val="0"/>
          <w:i w:val="0"/>
        </w:rPr>
        <w:t>[Aadress]</w:t>
      </w:r>
      <w:r>
        <w:rPr>
          <w:b w:val="0"/>
          <w:i w:val="0"/>
        </w:rPr>
        <w:t xml:space="preserve"> (edaspidi "Tööandja") vahel.</w:t>
      </w:r>
    </w:p>
    <w:p>
      <w:pPr>
        <w:keepNext/>
        <w:spacing w:line="264" w:lineRule="auto"/>
      </w:pPr>
      <w:r>
        <w:rPr>
          <w:b/>
          <w:i w:val="0"/>
        </w:rPr>
        <w:t>1. Lepingu objekt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Tööandja võtab Töötaja tööle </w:t>
      </w:r>
      <w:r>
        <w:rPr>
          <w:b w:val="0"/>
          <w:i w:val="0"/>
        </w:rPr>
        <w:t>[Amet]</w:t>
      </w:r>
      <w:r>
        <w:rPr>
          <w:b w:val="0"/>
          <w:i w:val="0"/>
        </w:rPr>
        <w:t xml:space="preserve"> ametikohale.</w:t>
      </w:r>
    </w:p>
    <w:p>
      <w:pPr>
        <w:keepNext/>
        <w:spacing w:line="264" w:lineRule="auto"/>
      </w:pPr>
      <w:r>
        <w:rPr>
          <w:b/>
          <w:i w:val="0"/>
        </w:rPr>
        <w:t>2. Tööle asumine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Töötaja asub tööle </w:t>
      </w:r>
      <w:r>
        <w:rPr>
          <w:b w:val="0"/>
          <w:i w:val="0"/>
        </w:rPr>
        <w:t>[Tööle asumise kuupäev]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3. Tööaeg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Tööaeg on </w:t>
      </w:r>
      <w:r>
        <w:rPr>
          <w:b w:val="0"/>
          <w:i w:val="0"/>
        </w:rPr>
        <w:t>[Tööaja pikkus]</w:t>
      </w:r>
      <w:r>
        <w:rPr>
          <w:b w:val="0"/>
          <w:i w:val="0"/>
        </w:rPr>
        <w:t xml:space="preserve"> tundi nädalas.</w:t>
      </w:r>
    </w:p>
    <w:p>
      <w:pPr>
        <w:keepNext/>
        <w:spacing w:line="264" w:lineRule="auto"/>
      </w:pPr>
      <w:r>
        <w:rPr>
          <w:b/>
          <w:i w:val="0"/>
        </w:rPr>
        <w:t>4. Tasu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Töötaja töötasu on </w:t>
      </w:r>
      <w:r>
        <w:rPr>
          <w:b w:val="0"/>
          <w:i w:val="0"/>
        </w:rPr>
        <w:t>[Töötasu (EUR)]</w:t>
      </w:r>
      <w:r>
        <w:rPr>
          <w:b w:val="0"/>
          <w:i w:val="0"/>
        </w:rPr>
        <w:t xml:space="preserve"> eurot kuus.</w:t>
      </w:r>
    </w:p>
    <w:p>
      <w:pPr>
        <w:keepNext/>
        <w:spacing w:line="264" w:lineRule="auto"/>
      </w:pPr>
      <w:r>
        <w:rPr>
          <w:b/>
          <w:i w:val="0"/>
        </w:rPr>
        <w:t>5. Lepingu kestus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See leping kehtib alates </w:t>
      </w:r>
      <w:r>
        <w:rPr>
          <w:b w:val="0"/>
          <w:i w:val="0"/>
        </w:rPr>
        <w:t>[Lepingu alguskuupäev]</w:t>
      </w:r>
      <w:r>
        <w:rPr>
          <w:b w:val="0"/>
          <w:i w:val="0"/>
        </w:rPr>
        <w:t xml:space="preserve"> kuni </w:t>
      </w:r>
      <w:r>
        <w:rPr>
          <w:b w:val="0"/>
          <w:i w:val="0"/>
        </w:rPr>
        <w:t>[Lepingu lõppkuupäev]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6. Muud tingimused</w:t>
      </w:r>
    </w:p>
    <w:p>
      <w:pPr>
        <w:keepNext w:val="0"/>
        <w:spacing w:line="264" w:lineRule="auto"/>
      </w:pPr>
      <w:r>
        <w:rPr>
          <w:b w:val="0"/>
          <w:i w:val="0"/>
        </w:rPr>
        <w:t>Osapooled võivad lepingut muuta või lõpetada vastavalt seadusele ja kokkuleppele.</w:t>
      </w:r>
    </w:p>
    <w:p>
      <w:pPr>
        <w:keepNext/>
        <w:spacing w:line="264" w:lineRule="auto"/>
      </w:pPr>
      <w:r>
        <w:rPr>
          <w:b/>
          <w:i w:val="0"/>
        </w:rPr>
        <w:t>7. Allkirjad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Töötaja: ___________________________ Kuupäev: </w:t>
      </w:r>
      <w:r>
        <w:rPr>
          <w:b w:val="0"/>
          <w:i w:val="0"/>
        </w:rPr>
        <w:t>[Allkirjastamise kuupäev]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Tööandja: ___________________________ Kuupäev: </w:t>
      </w:r>
      <w:r>
        <w:rPr>
          <w:b w:val="0"/>
          <w:i w:val="0"/>
        </w:rPr>
        <w:t>[Allkirjastamise kuupäev]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FreeSans" w:hAnsi="Free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Uue Töölepingu Näidis</dc:title>
  <dc:subject>Published document example 2</dc:subject>
  <dc:creator>naidis-pro.com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