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Töövõtuleping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töövõtuleping (edaspidi "Leping") on sõlmitud </w:t>
      </w:r>
      <w:r>
        <w:rPr>
          <w:b w:val="0"/>
          <w:i w:val="0"/>
        </w:rPr>
        <w:t>[päev, kuu, aasta]</w:t>
      </w:r>
      <w:r>
        <w:rPr>
          <w:b w:val="0"/>
          <w:i w:val="0"/>
        </w:rPr>
        <w:t>, kahe osapoole vahel:</w:t>
      </w:r>
    </w:p>
    <w:p>
      <w:pPr>
        <w:keepNext w:val="0"/>
        <w:spacing w:line="264" w:lineRule="auto"/>
      </w:pPr>
      <w:r>
        <w:rPr>
          <w:b/>
          <w:i w:val="0"/>
        </w:rPr>
        <w:t>Tööandja: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, registreerimisnumber: </w:t>
      </w:r>
      <w:r>
        <w:rPr>
          <w:b w:val="0"/>
          <w:i w:val="0"/>
        </w:rPr>
        <w:t>[Registreerimisnumber]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Töötaja: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1. Lepingu objekt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kohustub andma töötajale töö tegemiseks </w:t>
      </w:r>
      <w:r>
        <w:rPr>
          <w:b w:val="0"/>
          <w:i w:val="0"/>
        </w:rPr>
        <w:t>[Tööülesanne]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2. Töö tegemise koht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 tegemise koht on </w:t>
      </w:r>
      <w:r>
        <w:rPr>
          <w:b w:val="0"/>
          <w:i w:val="0"/>
        </w:rPr>
        <w:t>[Töö tegemise koht]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Töö kestus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Leping kehtib alates </w:t>
      </w:r>
      <w:r>
        <w:rPr>
          <w:b w:val="0"/>
          <w:i w:val="0"/>
        </w:rPr>
        <w:t>[alguskuupäev]</w:t>
      </w:r>
      <w:r>
        <w:rPr>
          <w:b w:val="0"/>
          <w:i w:val="0"/>
        </w:rPr>
        <w:t xml:space="preserve"> kuni </w:t>
      </w:r>
      <w:r>
        <w:rPr>
          <w:b w:val="0"/>
          <w:i w:val="0"/>
        </w:rPr>
        <w:t>[lõppkuupäev]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4. Tasu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tasu on </w:t>
      </w:r>
      <w:r>
        <w:rPr>
          <w:b w:val="0"/>
          <w:i w:val="0"/>
        </w:rPr>
        <w:t>[Tasu eurodes]</w:t>
      </w:r>
      <w:r>
        <w:rPr>
          <w:b w:val="0"/>
          <w:i w:val="0"/>
        </w:rPr>
        <w:t xml:space="preserve"> eurot kuus.</w:t>
      </w:r>
    </w:p>
    <w:p>
      <w:pPr>
        <w:keepNext/>
        <w:spacing w:line="264" w:lineRule="auto"/>
      </w:pPr>
      <w:r>
        <w:rPr>
          <w:b/>
          <w:i w:val="0"/>
        </w:rPr>
        <w:t>5. 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>Lepingut saab lõpetada poolte kokkuleppel või seaduses ettenähtud alustel.</w:t>
      </w:r>
    </w:p>
    <w:p>
      <w:pPr>
        <w:keepNext/>
        <w:spacing w:line="264" w:lineRule="auto"/>
      </w:pPr>
      <w:r>
        <w:rPr>
          <w:b/>
          <w:i w:val="0"/>
        </w:rPr>
        <w:t>6. Muud tingimused</w:t>
      </w:r>
    </w:p>
    <w:p>
      <w:pPr>
        <w:keepNext w:val="0"/>
        <w:spacing w:line="264" w:lineRule="auto"/>
      </w:pPr>
      <w:r>
        <w:rPr>
          <w:b w:val="0"/>
          <w:i w:val="0"/>
        </w:rPr>
        <w:t>Poolte vahelised muud kokkulepped ja tingimused on kirjalikult fikseeritud ja allkirjastatud.</w:t>
      </w:r>
    </w:p>
    <w:p>
      <w:pPr>
        <w:keepNext w:val="0"/>
        <w:spacing w:line="264" w:lineRule="auto"/>
      </w:pPr>
      <w:r>
        <w:rPr>
          <w:b w:val="0"/>
          <w:i w:val="0"/>
        </w:rPr>
        <w:t>Allakirjutamisega kinnitavad pooled, et nad on tutvunud lepingu tingimustega ja nõustuvad nendega.</w:t>
      </w:r>
    </w:p>
    <w:p>
      <w:pPr>
        <w:keepNext w:val="0"/>
        <w:spacing w:line="264" w:lineRule="auto"/>
      </w:pPr>
      <w:r>
        <w:rPr>
          <w:b/>
          <w:i w:val="0"/>
        </w:rPr>
        <w:t>Tööandja allkiri:</w:t>
      </w:r>
      <w:r>
        <w:rPr>
          <w:b w:val="0"/>
          <w:i w:val="0"/>
        </w:rPr>
        <w:t xml:space="preserve"> ______________________</w:t>
      </w:r>
    </w:p>
    <w:p>
      <w:pPr>
        <w:keepNext w:val="0"/>
        <w:spacing w:line="264" w:lineRule="auto"/>
      </w:pPr>
      <w:r>
        <w:rPr>
          <w:b/>
          <w:i w:val="0"/>
        </w:rPr>
        <w:t>Töötaja allkiri:</w:t>
      </w:r>
      <w:r>
        <w:rPr>
          <w:b w:val="0"/>
          <w:i w:val="0"/>
        </w:rPr>
        <w:t xml:space="preserve"> 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Töövõtuleping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