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ülesütlemise avalduse näidis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Minu nimi on </w:t>
      </w:r>
      <w:r>
        <w:rPr>
          <w:b w:val="0"/>
          <w:i w:val="0"/>
        </w:rPr>
        <w:t>[Nimi]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Minu isikukood on </w:t>
      </w:r>
      <w:r>
        <w:rPr>
          <w:b w:val="0"/>
          <w:i w:val="0"/>
        </w:rPr>
        <w:t>[Isikukood]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Minu aadress on </w:t>
      </w:r>
      <w:r>
        <w:rPr>
          <w:b w:val="0"/>
          <w:i w:val="0"/>
        </w:rPr>
        <w:t>[Aadress]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Minu telefoninumber on </w:t>
      </w:r>
      <w:r>
        <w:rPr>
          <w:b w:val="0"/>
          <w:i w:val="0"/>
        </w:rPr>
        <w:t>[Telefoninumber]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Minu e-posti aadress on </w:t>
      </w:r>
      <w:r>
        <w:rPr>
          <w:b w:val="0"/>
          <w:i w:val="0"/>
        </w:rPr>
        <w:t>[E-posti aadress]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Olen töötanud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 juures alates </w:t>
      </w:r>
      <w:r>
        <w:rPr>
          <w:b w:val="0"/>
          <w:i w:val="0"/>
        </w:rPr>
        <w:t>[Alguskuupäev]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Teatan, et soovin lõpetada oma töölepingu, mis on sõlmitud </w:t>
      </w:r>
      <w:r>
        <w:rPr>
          <w:b w:val="0"/>
          <w:i w:val="0"/>
        </w:rPr>
        <w:t>[Lepingus sõlmimise kuupäev]</w:t>
      </w:r>
      <w:r>
        <w:rPr>
          <w:b w:val="0"/>
          <w:i w:val="0"/>
        </w:rPr>
        <w:t xml:space="preserve">. Leping lõpetatakse </w:t>
      </w:r>
      <w:r>
        <w:rPr>
          <w:b w:val="0"/>
          <w:i w:val="0"/>
        </w:rPr>
        <w:t>[Lõpetamise 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>Palun kinnitage minu avaldust ja saatke mulle vastus kirjalikult.</w:t>
      </w:r>
    </w:p>
    <w:p>
      <w:pPr>
        <w:keepNext w:val="0"/>
        <w:spacing w:line="264" w:lineRule="auto"/>
      </w:pPr>
      <w:r>
        <w:rPr>
          <w:b w:val="0"/>
          <w:i w:val="0"/>
        </w:rPr>
        <w:t>Täname teid koostöö eest.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Allkiri: </w:t>
      </w:r>
      <w:r>
        <w:rPr>
          <w:b w:val="0"/>
          <w:i w:val="0"/>
        </w:rPr>
        <w:t>[Allkiri]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Ülesütlemise Avalduse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