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64" w:lineRule="auto"/>
      </w:pPr>
      <w:r>
        <w:rPr>
          <w:b/>
          <w:i w:val="0"/>
          <w:color w:val="143B58"/>
          <w:sz w:val="28"/>
        </w:rPr>
        <w:t>Töölepingu näidis</w:t>
      </w:r>
    </w:p>
    <w:p>
      <w:pPr>
        <w:keepNext/>
        <w:spacing w:line="264" w:lineRule="auto"/>
      </w:pPr>
      <w:r>
        <w:rPr>
          <w:b/>
          <w:i w:val="0"/>
        </w:rPr>
        <w:t>Osalised: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Tööandja: </w:t>
      </w:r>
      <w:r>
        <w:rPr>
          <w:b w:val="0"/>
          <w:i w:val="0"/>
        </w:rPr>
        <w:t>[Tööandja nimi]</w:t>
      </w:r>
      <w:r>
        <w:rPr>
          <w:b w:val="0"/>
          <w:i w:val="0"/>
        </w:rPr>
        <w:t xml:space="preserve">, registreerimisnumber: </w:t>
      </w:r>
      <w:r>
        <w:rPr>
          <w:b w:val="0"/>
          <w:i w:val="0"/>
        </w:rPr>
        <w:t>[Registreerimisnumber]</w:t>
      </w:r>
      <w:r>
        <w:rPr>
          <w:b w:val="0"/>
          <w:i w:val="0"/>
        </w:rPr>
        <w:t xml:space="preserve">, aadress: </w:t>
      </w:r>
      <w:r>
        <w:rPr>
          <w:b w:val="0"/>
          <w:i w:val="0"/>
        </w:rPr>
        <w:t>[Aadress]</w:t>
      </w:r>
      <w:r>
        <w:rPr>
          <w:b w:val="0"/>
          <w:i w:val="0"/>
        </w:rPr>
        <w:t>.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Töötaja: </w:t>
      </w:r>
      <w:r>
        <w:rPr>
          <w:b w:val="0"/>
          <w:i w:val="0"/>
        </w:rPr>
        <w:t>[Töötaja nimi]</w:t>
      </w:r>
      <w:r>
        <w:rPr>
          <w:b w:val="0"/>
          <w:i w:val="0"/>
        </w:rPr>
        <w:t xml:space="preserve">, isikukood: </w:t>
      </w:r>
      <w:r>
        <w:rPr>
          <w:b w:val="0"/>
          <w:i w:val="0"/>
        </w:rPr>
        <w:t>[Isikukood]</w:t>
      </w:r>
      <w:r>
        <w:rPr>
          <w:b w:val="0"/>
          <w:i w:val="0"/>
        </w:rPr>
        <w:t xml:space="preserve">, aadress: </w:t>
      </w:r>
      <w:r>
        <w:rPr>
          <w:b w:val="0"/>
          <w:i w:val="0"/>
        </w:rPr>
        <w:t>[Aadress]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1. Lepingu eesmärk</w:t>
      </w:r>
    </w:p>
    <w:p>
      <w:pPr>
        <w:keepNext w:val="0"/>
        <w:spacing w:line="264" w:lineRule="auto"/>
      </w:pPr>
      <w:r>
        <w:rPr>
          <w:b w:val="0"/>
          <w:i w:val="0"/>
        </w:rPr>
        <w:t>Käesoleva töölepingu eesmärk on reguleerida töötaja ja tööandja vahelisi õigusi ja kohustusi seoses töö tegemisega.</w:t>
      </w:r>
    </w:p>
    <w:p>
      <w:pPr>
        <w:keepNext/>
        <w:spacing w:line="264" w:lineRule="auto"/>
      </w:pPr>
      <w:r>
        <w:rPr>
          <w:b/>
          <w:i w:val="0"/>
        </w:rPr>
        <w:t>2. Tööülesanded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Töötaja kohustub täitma järgmisi tööülesandeid: </w:t>
      </w:r>
      <w:r>
        <w:rPr>
          <w:b w:val="0"/>
          <w:i w:val="0"/>
        </w:rPr>
        <w:t>[Tööülesanded]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3. Tööaeg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Tööaeg on </w:t>
      </w:r>
      <w:r>
        <w:rPr>
          <w:b w:val="0"/>
          <w:i w:val="0"/>
        </w:rPr>
        <w:t>[Tööaja pikkus]</w:t>
      </w:r>
      <w:r>
        <w:rPr>
          <w:b w:val="0"/>
          <w:i w:val="0"/>
        </w:rPr>
        <w:t xml:space="preserve">, tööpäevad: </w:t>
      </w:r>
      <w:r>
        <w:rPr>
          <w:b w:val="0"/>
          <w:i w:val="0"/>
        </w:rPr>
        <w:t>[Tööpäevade arv]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4. Tasu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Töötaja palk on </w:t>
      </w:r>
      <w:r>
        <w:rPr>
          <w:b w:val="0"/>
          <w:i w:val="0"/>
        </w:rPr>
        <w:t>[Palk eurodes]</w:t>
      </w:r>
      <w:r>
        <w:rPr>
          <w:b w:val="0"/>
          <w:i w:val="0"/>
        </w:rPr>
        <w:t xml:space="preserve"> eurot kuus.</w:t>
      </w:r>
    </w:p>
    <w:p>
      <w:pPr>
        <w:keepNext/>
        <w:spacing w:line="264" w:lineRule="auto"/>
      </w:pPr>
      <w:r>
        <w:rPr>
          <w:b/>
          <w:i w:val="0"/>
        </w:rPr>
        <w:t>5. Lepingu kehtivus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Käesolev leping kehtib alates </w:t>
      </w:r>
      <w:r>
        <w:rPr>
          <w:b w:val="0"/>
          <w:i w:val="0"/>
        </w:rPr>
        <w:t>[Alguskuupäev]</w:t>
      </w:r>
      <w:r>
        <w:rPr>
          <w:b w:val="0"/>
          <w:i w:val="0"/>
        </w:rPr>
        <w:t xml:space="preserve"> kuni </w:t>
      </w:r>
      <w:r>
        <w:rPr>
          <w:b w:val="0"/>
          <w:i w:val="0"/>
        </w:rPr>
        <w:t>[Lõppkuupäev]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6. Muud tingimused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Muud tingimused: </w:t>
      </w:r>
      <w:r>
        <w:rPr>
          <w:b w:val="0"/>
          <w:i w:val="0"/>
        </w:rPr>
        <w:t>[Muud tingimused]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Allkirjad</w:t>
      </w:r>
    </w:p>
    <w:p>
      <w:pPr>
        <w:keepNext w:val="0"/>
        <w:spacing w:line="264" w:lineRule="auto"/>
      </w:pPr>
      <w:r>
        <w:rPr>
          <w:b w:val="0"/>
          <w:i w:val="0"/>
        </w:rPr>
        <w:t>Tööandja: ______________________</w:t>
      </w:r>
    </w:p>
    <w:p>
      <w:pPr>
        <w:keepNext w:val="0"/>
        <w:spacing w:line="264" w:lineRule="auto"/>
      </w:pPr>
      <w:r>
        <w:rPr>
          <w:b w:val="0"/>
          <w:i w:val="0"/>
        </w:rPr>
        <w:t>Töötaja: ______________________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FreeSans" w:hAnsi="Free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Töölepingu Näidis 2025</dc:title>
  <dc:subject>Published document example 2</dc:subject>
  <dc:creator>naidis-pro.com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