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64" w:lineRule="auto"/>
      </w:pPr>
      <w:r>
        <w:rPr>
          <w:b/>
          <w:i w:val="0"/>
          <w:color w:val="143B58"/>
          <w:sz w:val="28"/>
        </w:rPr>
        <w:t>Töölepingu muutmine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See leping on sõlmitud </w:t>
      </w:r>
      <w:r>
        <w:rPr>
          <w:b w:val="0"/>
          <w:i w:val="0"/>
        </w:rPr>
        <w:t>[Töötaja nimi]</w:t>
      </w:r>
      <w:r>
        <w:rPr>
          <w:b w:val="0"/>
          <w:i w:val="0"/>
        </w:rPr>
        <w:t xml:space="preserve"> ja </w:t>
      </w:r>
      <w:r>
        <w:rPr>
          <w:b w:val="0"/>
          <w:i w:val="0"/>
        </w:rPr>
        <w:t>[Tööandja nimi]</w:t>
      </w:r>
      <w:r>
        <w:rPr>
          <w:b w:val="0"/>
          <w:i w:val="0"/>
        </w:rPr>
        <w:t xml:space="preserve"> vahel, kuupäeval </w:t>
      </w:r>
      <w:r>
        <w:rPr>
          <w:b w:val="0"/>
          <w:i w:val="0"/>
        </w:rPr>
        <w:t>[Kuupäev]</w:t>
      </w:r>
      <w:r>
        <w:rPr>
          <w:b w:val="0"/>
          <w:i w:val="0"/>
        </w:rPr>
        <w:t>.</w:t>
      </w:r>
    </w:p>
    <w:p>
      <w:pPr>
        <w:keepNext/>
        <w:spacing w:line="264" w:lineRule="auto"/>
      </w:pPr>
      <w:r>
        <w:rPr>
          <w:b/>
          <w:i w:val="0"/>
        </w:rPr>
        <w:t>1. Muudatused</w:t>
      </w:r>
    </w:p>
    <w:p>
      <w:pPr>
        <w:keepNext w:val="0"/>
        <w:spacing w:line="264" w:lineRule="auto"/>
      </w:pPr>
      <w:r>
        <w:rPr>
          <w:b w:val="0"/>
          <w:i w:val="0"/>
        </w:rPr>
        <w:t>Osapooled lepivad kokku järgmistes muudatustes: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1.1. Tööülesannete muutmine: </w:t>
      </w:r>
      <w:r>
        <w:rPr>
          <w:b w:val="0"/>
          <w:i w:val="0"/>
        </w:rPr>
        <w:t>[Uued tööülesanded]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1.2. Tööaeg: </w:t>
      </w:r>
      <w:r>
        <w:rPr>
          <w:b w:val="0"/>
          <w:i w:val="0"/>
        </w:rPr>
        <w:t>[Uus tööaeg]</w:t>
      </w:r>
      <w:r>
        <w:rPr>
          <w:b w:val="0"/>
          <w:i w:val="0"/>
        </w:rPr>
        <w:t>.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1.3. Tasu muutmine: </w:t>
      </w:r>
      <w:r>
        <w:rPr>
          <w:b w:val="0"/>
          <w:i w:val="0"/>
        </w:rPr>
        <w:t>[Uus tasu]</w:t>
      </w:r>
      <w:r>
        <w:rPr>
          <w:b w:val="0"/>
          <w:i w:val="0"/>
        </w:rPr>
        <w:t xml:space="preserve"> eurot kuus.</w:t>
      </w:r>
    </w:p>
    <w:p>
      <w:pPr>
        <w:keepNext/>
        <w:spacing w:line="264" w:lineRule="auto"/>
      </w:pPr>
      <w:r>
        <w:rPr>
          <w:b/>
          <w:i w:val="0"/>
        </w:rPr>
        <w:t>2. Muud tingimused</w:t>
      </w:r>
    </w:p>
    <w:p>
      <w:pPr>
        <w:keepNext w:val="0"/>
        <w:spacing w:line="264" w:lineRule="auto"/>
      </w:pPr>
      <w:r>
        <w:rPr>
          <w:b w:val="0"/>
          <w:i w:val="0"/>
        </w:rPr>
        <w:t>Leping jääb kehtima kõigis teistes punktides, mis ei ole käesolevas lepingus muudetud.</w:t>
      </w:r>
    </w:p>
    <w:p>
      <w:pPr>
        <w:keepNext/>
        <w:spacing w:line="264" w:lineRule="auto"/>
      </w:pPr>
      <w:r>
        <w:rPr>
          <w:b/>
          <w:i w:val="0"/>
        </w:rPr>
        <w:t>3. Allkirjad</w:t>
      </w:r>
    </w:p>
    <w:p>
      <w:pPr>
        <w:keepNext w:val="0"/>
        <w:spacing w:line="264" w:lineRule="auto"/>
      </w:pPr>
      <w:r>
        <w:rPr>
          <w:b w:val="0"/>
          <w:i w:val="0"/>
        </w:rPr>
        <w:t>Töötaja: _______________________</w:t>
      </w:r>
      <w:r>
        <w:rPr>
          <w:b w:val="0"/>
          <w:i w:val="0"/>
        </w:rPr>
        <w:br/>
      </w:r>
      <w:r>
        <w:rPr>
          <w:b w:val="0"/>
          <w:i w:val="0"/>
        </w:rPr>
        <w:t>[Töötaja nimi]</w:t>
      </w:r>
    </w:p>
    <w:p>
      <w:pPr>
        <w:keepNext w:val="0"/>
        <w:spacing w:line="264" w:lineRule="auto"/>
      </w:pPr>
      <w:r>
        <w:rPr>
          <w:b w:val="0"/>
          <w:i w:val="0"/>
        </w:rPr>
        <w:t>Tööandja: _______________________</w:t>
      </w:r>
      <w:r>
        <w:rPr>
          <w:b w:val="0"/>
          <w:i w:val="0"/>
        </w:rPr>
        <w:br/>
      </w:r>
      <w:r>
        <w:rPr>
          <w:b w:val="0"/>
          <w:i w:val="0"/>
        </w:rPr>
        <w:t>[Tööandja nimi]</w:t>
      </w:r>
    </w:p>
    <w:p>
      <w:pPr>
        <w:keepNext w:val="0"/>
        <w:spacing w:line="264" w:lineRule="auto"/>
      </w:pPr>
      <w:r>
        <w:rPr>
          <w:b w:val="0"/>
          <w:i w:val="0"/>
        </w:rPr>
        <w:t xml:space="preserve">Kuupäev: </w:t>
      </w:r>
      <w:r>
        <w:rPr>
          <w:b w:val="0"/>
          <w:i w:val="0"/>
        </w:rPr>
        <w:t>[Kuupäev]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FreeSans" w:hAnsi="Free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Töölepingu Muutmine Näidis</dc:title>
  <dc:subject>Published document example 2</dc:subject>
  <dc:creator>naidis-pro.com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