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lõpetamine poolte kokkuleppel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leping on sõlmitud </w:t>
      </w:r>
      <w:r>
        <w:rPr>
          <w:b w:val="0"/>
          <w:i w:val="0"/>
        </w:rPr>
        <w:t>[Nimi 1]</w:t>
      </w:r>
      <w:r>
        <w:rPr>
          <w:b w:val="0"/>
          <w:i w:val="0"/>
        </w:rPr>
        <w:t xml:space="preserve"> (edaspidi "Töötaja") ja </w:t>
      </w:r>
      <w:r>
        <w:rPr>
          <w:b w:val="0"/>
          <w:i w:val="0"/>
        </w:rPr>
        <w:t>[Nimi 2]</w:t>
      </w:r>
      <w:r>
        <w:rPr>
          <w:b w:val="0"/>
          <w:i w:val="0"/>
        </w:rPr>
        <w:t xml:space="preserve"> (edaspidi "Tööandja") vahel.</w:t>
      </w:r>
    </w:p>
    <w:p>
      <w:pPr>
        <w:keepNext/>
        <w:spacing w:line="264" w:lineRule="auto"/>
      </w:pPr>
      <w:r>
        <w:rPr>
          <w:b/>
          <w:i w:val="0"/>
        </w:rPr>
        <w:t>1. Lepingu lõpetamine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Osalised on kokku leppinud, et tööleping lõpetatakse poolte kokkuleppel alates </w:t>
      </w:r>
      <w:r>
        <w:rPr>
          <w:b w:val="0"/>
          <w:i w:val="0"/>
        </w:rPr>
        <w:t>[Kuupäev]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2. Tööülesanded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on täitnud järgmised tööülesanded: </w:t>
      </w:r>
      <w:r>
        <w:rPr>
          <w:b w:val="0"/>
          <w:i w:val="0"/>
        </w:rPr>
        <w:t>[Tööülesanded]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3. Tasu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Töötaja on saanud tasu summas </w:t>
      </w:r>
      <w:r>
        <w:rPr>
          <w:b w:val="0"/>
          <w:i w:val="0"/>
        </w:rPr>
        <w:t>[Summa]</w:t>
      </w:r>
      <w:r>
        <w:rPr>
          <w:b w:val="0"/>
          <w:i w:val="0"/>
        </w:rPr>
        <w:t xml:space="preserve"> eurot.</w:t>
      </w:r>
    </w:p>
    <w:p>
      <w:pPr>
        <w:keepNext/>
        <w:spacing w:line="264" w:lineRule="auto"/>
      </w:pPr>
      <w:r>
        <w:rPr>
          <w:b/>
          <w:i w:val="0"/>
        </w:rPr>
        <w:t>4. Lõpparve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Poolte vahel on kokku lepitud, et lõpparve tasutakse hiljemalt </w:t>
      </w:r>
      <w:r>
        <w:rPr>
          <w:b w:val="0"/>
          <w:i w:val="0"/>
        </w:rPr>
        <w:t>[Kuupäev]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5. Allkirjad</w:t>
      </w:r>
    </w:p>
    <w:p>
      <w:pPr>
        <w:keepNext w:val="0"/>
        <w:spacing w:line="264" w:lineRule="auto"/>
      </w:pPr>
      <w:r>
        <w:rPr>
          <w:b w:val="0"/>
          <w:i w:val="0"/>
        </w:rPr>
        <w:t>Töötaja: ___________________________</w:t>
      </w:r>
    </w:p>
    <w:p>
      <w:pPr>
        <w:keepNext w:val="0"/>
        <w:spacing w:line="264" w:lineRule="auto"/>
      </w:pPr>
      <w:r>
        <w:rPr>
          <w:b w:val="0"/>
          <w:i w:val="0"/>
        </w:rPr>
        <w:t>Tööandja: ___________________________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Kuupäev: </w:t>
      </w:r>
      <w:r>
        <w:rPr>
          <w:b w:val="0"/>
          <w:i w:val="0"/>
        </w:rPr>
        <w:t>[Kuupäev]</w:t>
      </w:r>
      <w:r>
        <w:rPr>
          <w:b w:val="0"/>
          <w:i w:val="0"/>
        </w:rPr>
        <w:t>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Lõpetamine Poolte Kokkuleppel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