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lõpetamine omal soovil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Minu, </w:t>
      </w:r>
      <w:r>
        <w:rPr>
          <w:b w:val="0"/>
          <w:i w:val="0"/>
        </w:rPr>
        <w:t>[Nimi]</w:t>
      </w:r>
      <w:r>
        <w:rPr>
          <w:b w:val="0"/>
          <w:i w:val="0"/>
        </w:rPr>
        <w:t xml:space="preserve">, isikukood </w:t>
      </w:r>
      <w:r>
        <w:rPr>
          <w:b w:val="0"/>
          <w:i w:val="0"/>
        </w:rPr>
        <w:t>[Isikukood]</w:t>
      </w:r>
      <w:r>
        <w:rPr>
          <w:b w:val="0"/>
          <w:i w:val="0"/>
        </w:rPr>
        <w:t xml:space="preserve">, teatan, et lõpetan oma töölepingu, mis on sõlmitud </w:t>
      </w:r>
      <w:r>
        <w:rPr>
          <w:b w:val="0"/>
          <w:i w:val="0"/>
        </w:rPr>
        <w:t>[Sõlmimise kuupäev]</w:t>
      </w:r>
      <w:r>
        <w:rPr>
          <w:b w:val="0"/>
          <w:i w:val="0"/>
        </w:rPr>
        <w:t xml:space="preserve">, tööandjaga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, alates </w:t>
      </w:r>
      <w:r>
        <w:rPr>
          <w:b w:val="0"/>
          <w:i w:val="0"/>
        </w:rPr>
        <w:t>[Lõpetamise kuupäev]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Olen teadlik, et vastavalt seadusele pean järgima </w:t>
      </w:r>
      <w:r>
        <w:rPr>
          <w:b w:val="0"/>
          <w:i w:val="0"/>
        </w:rPr>
        <w:t>[Teavitamise periood (päevades)]</w:t>
      </w:r>
      <w:r>
        <w:rPr>
          <w:b w:val="0"/>
          <w:i w:val="0"/>
        </w:rPr>
        <w:t xml:space="preserve"> päeva ette teatama töölepingu lõpetamisest.</w:t>
      </w:r>
    </w:p>
    <w:p>
      <w:pPr>
        <w:keepNext w:val="0"/>
        <w:spacing w:line="264" w:lineRule="auto"/>
      </w:pPr>
      <w:r>
        <w:rPr>
          <w:b w:val="0"/>
          <w:i w:val="0"/>
        </w:rPr>
        <w:t>Palun kinnitage minu töölepingu lõpetamine allpool toodud allkirjaga.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Koht: </w:t>
      </w:r>
      <w:r>
        <w:rPr>
          <w:b w:val="0"/>
          <w:i w:val="0"/>
        </w:rPr>
        <w:t>[Koht]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</w:p>
    <w:p>
      <w:pPr>
        <w:keepNext w:val="0"/>
        <w:spacing w:line="264" w:lineRule="auto"/>
      </w:pPr>
      <w:r>
        <w:rPr>
          <w:b/>
          <w:i w:val="0"/>
        </w:rPr>
        <w:t>Allkiri:</w:t>
      </w:r>
      <w:r>
        <w:rPr>
          <w:b w:val="0"/>
          <w:i w:val="0"/>
        </w:rPr>
        <w:t xml:space="preserve"> ___________________________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Lõpetamine Omal Soovil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