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line="264" w:lineRule="auto"/>
      </w:pPr>
      <w:r>
        <w:rPr>
          <w:b/>
          <w:i w:val="0"/>
          <w:color w:val="143B58"/>
          <w:sz w:val="28"/>
        </w:rPr>
        <w:t>Töölepingu lõpetamise näidis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See leping on koostatud </w:t>
      </w:r>
      <w:r>
        <w:rPr>
          <w:b w:val="0"/>
          <w:i w:val="0"/>
        </w:rPr>
        <w:t>[Töötaja nimi]</w:t>
      </w:r>
      <w:r>
        <w:rPr>
          <w:b w:val="0"/>
          <w:i w:val="0"/>
        </w:rPr>
        <w:t xml:space="preserve"> ja </w:t>
      </w:r>
      <w:r>
        <w:rPr>
          <w:b w:val="0"/>
          <w:i w:val="0"/>
        </w:rPr>
        <w:t>[Tööandja nimi]</w:t>
      </w:r>
      <w:r>
        <w:rPr>
          <w:b w:val="0"/>
          <w:i w:val="0"/>
        </w:rPr>
        <w:t xml:space="preserve"> vahel.</w:t>
      </w:r>
    </w:p>
    <w:p>
      <w:pPr>
        <w:keepNext/>
        <w:spacing w:line="264" w:lineRule="auto"/>
      </w:pPr>
      <w:r>
        <w:rPr>
          <w:b/>
          <w:i w:val="0"/>
        </w:rPr>
        <w:t>1. Lepingu lõpetamine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Käesolev tööleping lõpetatakse alates </w:t>
      </w:r>
      <w:r>
        <w:rPr>
          <w:b w:val="0"/>
          <w:i w:val="0"/>
        </w:rPr>
        <w:t>[Kuupäev]</w:t>
      </w:r>
      <w:r>
        <w:rPr>
          <w:b w:val="0"/>
          <w:i w:val="0"/>
        </w:rPr>
        <w:t>.</w:t>
      </w:r>
    </w:p>
    <w:p>
      <w:pPr>
        <w:keepNext/>
        <w:spacing w:line="264" w:lineRule="auto"/>
      </w:pPr>
      <w:r>
        <w:rPr>
          <w:b/>
          <w:i w:val="0"/>
        </w:rPr>
        <w:t>2. Lõpetamise põhjus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Töölepingu lõpetamise põhjuseks on </w:t>
      </w:r>
      <w:r>
        <w:rPr>
          <w:b w:val="0"/>
          <w:i w:val="0"/>
        </w:rPr>
        <w:t>[Põhjus]</w:t>
      </w:r>
      <w:r>
        <w:rPr>
          <w:b w:val="0"/>
          <w:i w:val="0"/>
        </w:rPr>
        <w:t>.</w:t>
      </w:r>
    </w:p>
    <w:p>
      <w:pPr>
        <w:keepNext/>
        <w:spacing w:line="264" w:lineRule="auto"/>
      </w:pPr>
      <w:r>
        <w:rPr>
          <w:b/>
          <w:i w:val="0"/>
        </w:rPr>
        <w:t>3. Tööandja kohustused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Tööandja kohustub maksma töötajale kõik tasud, sealhulgas </w:t>
      </w:r>
      <w:r>
        <w:rPr>
          <w:b w:val="0"/>
          <w:i w:val="0"/>
        </w:rPr>
        <w:t>[Summa]</w:t>
      </w:r>
      <w:r>
        <w:rPr>
          <w:b w:val="0"/>
          <w:i w:val="0"/>
        </w:rPr>
        <w:t xml:space="preserve"> eurot, mis on seotud töölepingu lõpetamisega.</w:t>
      </w:r>
    </w:p>
    <w:p>
      <w:pPr>
        <w:keepNext/>
        <w:spacing w:line="264" w:lineRule="auto"/>
      </w:pPr>
      <w:r>
        <w:rPr>
          <w:b/>
          <w:i w:val="0"/>
        </w:rPr>
        <w:t>4. Töötaja kohustused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Töötaja kohustub tagastama kõik tööandja varad, sealhulgas </w:t>
      </w:r>
      <w:r>
        <w:rPr>
          <w:b w:val="0"/>
          <w:i w:val="0"/>
        </w:rPr>
        <w:t>[Varade loetelu]</w:t>
      </w:r>
      <w:r>
        <w:rPr>
          <w:b w:val="0"/>
          <w:i w:val="0"/>
        </w:rPr>
        <w:t>.</w:t>
      </w:r>
    </w:p>
    <w:p>
      <w:pPr>
        <w:keepNext/>
        <w:spacing w:line="264" w:lineRule="auto"/>
      </w:pPr>
      <w:r>
        <w:rPr>
          <w:b/>
          <w:i w:val="0"/>
        </w:rPr>
        <w:t>5. Allkirjad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Töötaja: ___________________________ Kuupäev: </w:t>
      </w:r>
      <w:r>
        <w:rPr>
          <w:b w:val="0"/>
          <w:i w:val="0"/>
        </w:rPr>
        <w:t>[Kuupäev]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Tööandja: ___________________________ Kuupäev: </w:t>
      </w:r>
      <w:r>
        <w:rPr>
          <w:b w:val="0"/>
          <w:i w:val="0"/>
        </w:rPr>
        <w:t>[Kuupäev]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FreeSans" w:hAnsi="FreeSan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Töölepingu Lõpetamine Näidis</dc:title>
  <dc:subject>Published document example 2</dc:subject>
  <dc:creator>naidis-pro.com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