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line="264" w:lineRule="auto"/>
      </w:pPr>
      <w:r>
        <w:rPr>
          <w:b/>
          <w:i w:val="0"/>
          <w:color w:val="143B58"/>
          <w:sz w:val="28"/>
        </w:rPr>
        <w:t>Töölepingu lõpetamine koondamise tõttu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See leping on sõlmitud </w:t>
      </w:r>
      <w:r>
        <w:rPr>
          <w:b w:val="0"/>
          <w:i w:val="0"/>
        </w:rPr>
        <w:t>[Töötaja nimi]</w:t>
      </w:r>
      <w:r>
        <w:rPr>
          <w:b w:val="0"/>
          <w:i w:val="0"/>
        </w:rPr>
        <w:t xml:space="preserve">, isikukood </w:t>
      </w:r>
      <w:r>
        <w:rPr>
          <w:b w:val="0"/>
          <w:i w:val="0"/>
        </w:rPr>
        <w:t>[Isikukood]</w:t>
      </w:r>
      <w:r>
        <w:rPr>
          <w:b w:val="0"/>
          <w:i w:val="0"/>
        </w:rPr>
        <w:t xml:space="preserve">, aadress </w:t>
      </w:r>
      <w:r>
        <w:rPr>
          <w:b w:val="0"/>
          <w:i w:val="0"/>
        </w:rPr>
        <w:t>[Aadress]</w:t>
      </w:r>
      <w:r>
        <w:rPr>
          <w:b w:val="0"/>
          <w:i w:val="0"/>
        </w:rPr>
        <w:t xml:space="preserve"> (edaspidi "Töötaja") ja </w:t>
      </w:r>
      <w:r>
        <w:rPr>
          <w:b w:val="0"/>
          <w:i w:val="0"/>
        </w:rPr>
        <w:t>[Tööandja nimi]</w:t>
      </w:r>
      <w:r>
        <w:rPr>
          <w:b w:val="0"/>
          <w:i w:val="0"/>
        </w:rPr>
        <w:t xml:space="preserve">, registrikood </w:t>
      </w:r>
      <w:r>
        <w:rPr>
          <w:b w:val="0"/>
          <w:i w:val="0"/>
        </w:rPr>
        <w:t>[Registrikood]</w:t>
      </w:r>
      <w:r>
        <w:rPr>
          <w:b w:val="0"/>
          <w:i w:val="0"/>
        </w:rPr>
        <w:t xml:space="preserve">, aadress </w:t>
      </w:r>
      <w:r>
        <w:rPr>
          <w:b w:val="0"/>
          <w:i w:val="0"/>
        </w:rPr>
        <w:t>[Aadress]</w:t>
      </w:r>
      <w:r>
        <w:rPr>
          <w:b w:val="0"/>
          <w:i w:val="0"/>
        </w:rPr>
        <w:t xml:space="preserve"> (edaspidi "Tööandja").</w:t>
      </w:r>
    </w:p>
    <w:p>
      <w:pPr>
        <w:keepNext/>
        <w:spacing w:line="264" w:lineRule="auto"/>
      </w:pPr>
      <w:r>
        <w:rPr>
          <w:b/>
          <w:i w:val="0"/>
        </w:rPr>
        <w:t>1. Lepingu lõpetamine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Tööandja teatab Töötajale, et tema tööleping lõpetatakse koondamise tõttu alates </w:t>
      </w:r>
      <w:r>
        <w:rPr>
          <w:b w:val="0"/>
          <w:i w:val="0"/>
        </w:rPr>
        <w:t>[Lõpetamise kuupäev]</w:t>
      </w:r>
      <w:r>
        <w:rPr>
          <w:b w:val="0"/>
          <w:i w:val="0"/>
        </w:rPr>
        <w:t>.</w:t>
      </w:r>
    </w:p>
    <w:p>
      <w:pPr>
        <w:keepNext/>
        <w:spacing w:line="264" w:lineRule="auto"/>
      </w:pPr>
      <w:r>
        <w:rPr>
          <w:b/>
          <w:i w:val="0"/>
        </w:rPr>
        <w:t>2. Koondamise põhjused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Koondamine toimub järgmistel põhjustel: </w:t>
      </w:r>
      <w:r>
        <w:rPr>
          <w:b w:val="0"/>
          <w:i w:val="0"/>
        </w:rPr>
        <w:t>[Koondamise põhjused]</w:t>
      </w:r>
      <w:r>
        <w:rPr>
          <w:b w:val="0"/>
          <w:i w:val="0"/>
        </w:rPr>
        <w:t>.</w:t>
      </w:r>
    </w:p>
    <w:p>
      <w:pPr>
        <w:keepNext/>
        <w:spacing w:line="264" w:lineRule="auto"/>
      </w:pPr>
      <w:r>
        <w:rPr>
          <w:b/>
          <w:i w:val="0"/>
        </w:rPr>
        <w:t>3. Tööandja kohustused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Tööandja kohustub maksma Töötajale koondamishüvitise summas </w:t>
      </w:r>
      <w:r>
        <w:rPr>
          <w:b w:val="0"/>
          <w:i w:val="0"/>
        </w:rPr>
        <w:t>[Hüvitise summa]</w:t>
      </w:r>
      <w:r>
        <w:rPr>
          <w:b w:val="0"/>
          <w:i w:val="0"/>
        </w:rPr>
        <w:t xml:space="preserve"> eurot.</w:t>
      </w:r>
    </w:p>
    <w:p>
      <w:pPr>
        <w:keepNext/>
        <w:spacing w:line="264" w:lineRule="auto"/>
      </w:pPr>
      <w:r>
        <w:rPr>
          <w:b/>
          <w:i w:val="0"/>
        </w:rPr>
        <w:t>4. Töötaja kohustused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Töötaja kohustub tagastama Tööandjale kõik tööalased varad ja dokumendid hiljemalt </w:t>
      </w:r>
      <w:r>
        <w:rPr>
          <w:b w:val="0"/>
          <w:i w:val="0"/>
        </w:rPr>
        <w:t>[Tagastamise kuupäev]</w:t>
      </w:r>
      <w:r>
        <w:rPr>
          <w:b w:val="0"/>
          <w:i w:val="0"/>
        </w:rPr>
        <w:t>.</w:t>
      </w:r>
    </w:p>
    <w:p>
      <w:pPr>
        <w:keepNext/>
        <w:spacing w:line="264" w:lineRule="auto"/>
      </w:pPr>
      <w:r>
        <w:rPr>
          <w:b/>
          <w:i w:val="0"/>
        </w:rPr>
        <w:t>5. Allkiri</w:t>
      </w:r>
    </w:p>
    <w:p>
      <w:pPr>
        <w:keepNext w:val="0"/>
        <w:spacing w:line="264" w:lineRule="auto"/>
      </w:pPr>
      <w:r>
        <w:rPr>
          <w:b w:val="0"/>
          <w:i w:val="0"/>
        </w:rPr>
        <w:t>Käesolev leping on koostatud kahes eksemplaris, millest üks jääb Tööandjale ja teine Töötajale.</w:t>
      </w:r>
    </w:p>
    <w:p>
      <w:pPr>
        <w:keepNext w:val="0"/>
        <w:spacing w:line="264" w:lineRule="auto"/>
      </w:pPr>
      <w:r>
        <w:rPr>
          <w:b w:val="0"/>
          <w:i w:val="0"/>
        </w:rPr>
        <w:t>Töötaja allkiri: ______________________</w:t>
      </w:r>
    </w:p>
    <w:p>
      <w:pPr>
        <w:keepNext w:val="0"/>
        <w:spacing w:line="264" w:lineRule="auto"/>
      </w:pPr>
      <w:r>
        <w:rPr>
          <w:b w:val="0"/>
          <w:i w:val="0"/>
        </w:rPr>
        <w:t>Tööandja allkiri: ______________________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FreeSans" w:hAnsi="FreeSan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Töölepingu Lõpetamine Koondamise Tõttu Näidis</dc:title>
  <dc:subject>Published document example 2</dc:subject>
  <dc:creator>naidis-pro.com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