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0" w:after="360"/>
        <w:jc w:val="center"/>
      </w:pPr>
      <w:r>
        <w:rPr>
          <w:rFonts w:ascii="Calibri" w:hAnsi="Calibri"/>
          <w:b/>
          <w:color w:val="1F4788"/>
          <w:sz w:val="40"/>
        </w:rPr>
        <w:t>Omal soovil töölepingu lõpetamise lahkumisavalduse näidis</w:t>
      </w:r>
    </w:p>
    <w:p>
      <w:pPr>
        <w:spacing w:after="240"/>
        <w:jc w:val="center"/>
      </w:pPr>
      <w:r>
        <w:rPr>
          <w:color w:val="1F4788"/>
        </w:rPr>
        <w:t>──────────────────────────────────────────────────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Alljärgnev on näidisvorm omal soovil töölepingu lõpetamiseks. Palun täitke vajalikud andmed ja esitage see oma tööandjale vastavalt seadusandlusele.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Saaja andmed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Nimi: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Kuupäev: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Minu andmed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Nimi: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Aadress: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Isikukood: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Lahkumisavalduse sisu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otsustanud lõpetada oma töölepingu Teiega, mis on sõlmitud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Töölepingu lõpetamise kuupäev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Olen teadlik, et vastavalt seadusele pean järgima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-päevast teavitamisperioodi, mis algab käesoleva avalduse esitamise päevast.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Põhjendus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Oma otsuse põhjuseks on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  <w:r>
        <w:t xml:space="preserve"> </w:t>
      </w:r>
      <w:r>
        <w:rPr>
          <w:rFonts w:ascii="Calibri" w:hAnsi="Calibri"/>
          <w:color w:val="333333"/>
          <w:sz w:val="22"/>
        </w:rPr>
        <w:t>. Olen tänulik võimaluse eest töötada Teie juures ja hindan saadud kogemusi.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Allkiri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Allkiri: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Kuupäev:</w:t>
      </w:r>
      <w:r>
        <w:t xml:space="preserve"> </w:t>
      </w:r>
      <w:r>
        <w:rPr>
          <w:rFonts w:ascii="Calibri" w:hAnsi="Calibri"/>
          <w:color w:val="646464"/>
          <w:sz w:val="22"/>
          <w:u w:val="single"/>
        </w:rPr>
        <w:t>_________________________</w:t>
      </w:r>
    </w:p>
    <w:p>
      <w:pPr>
        <w:spacing w:before="320" w:after="240"/>
        <w:jc w:val="left"/>
      </w:pPr>
      <w:r>
        <w:rPr>
          <w:rFonts w:ascii="Calibri" w:hAnsi="Calibri"/>
          <w:b/>
          <w:color w:val="2D5AA0"/>
          <w:sz w:val="32"/>
        </w:rPr>
        <w:t>Lisainformatsioon</w:t>
      </w:r>
    </w:p>
    <w:p>
      <w:pPr>
        <w:spacing w:line="360" w:lineRule="auto" w:after="200"/>
        <w:jc w:val="both"/>
      </w:pPr>
      <w:r>
        <w:rPr>
          <w:rFonts w:ascii="Calibri" w:hAnsi="Calibri"/>
          <w:color w:val="333333"/>
          <w:sz w:val="22"/>
        </w:rPr>
        <w:t>Palun kinnitage minu lahkumisavaldus ja saatke mulle kirjalik kinnitus töölepingu lõpetamise kohta. Kui Teil on küsimusi, olen valmis neid arutama.</w:t>
      </w:r>
    </w:p>
    <w:sectPr w:rsidR="00FC693F" w:rsidRPr="0006063C" w:rsidSect="00034616">
      <w:pgSz w:w="12240" w:h="15840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