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0" w:after="360"/>
        <w:jc w:val="center"/>
      </w:pPr>
      <w:r>
        <w:rPr>
          <w:rFonts w:ascii="Calibri" w:hAnsi="Calibri"/>
          <w:b/>
          <w:color w:val="1F4788"/>
          <w:sz w:val="40"/>
        </w:rPr>
        <w:t>Omal soovil töölepingu lõpetamise lahkumisavaldus</w:t>
      </w:r>
    </w:p>
    <w:p>
      <w:pPr>
        <w:spacing w:after="240"/>
        <w:jc w:val="center"/>
      </w:pPr>
      <w:r>
        <w:rPr>
          <w:color w:val="1F4788"/>
        </w:rPr>
        <w:t>──────────────────────────────────────────────────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Alljärgnev on näidis omal soovil töölepingu lõpetamise lahkumisavaldusest, mida saab kasutada oma töölepingu lõpetamiseks. Palun täitke vajalikud andmed ja esitage see oma tööandjale.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Saaja andmed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Nimi: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Aadress: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Teie andmed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Nimi: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Aadress: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Isikukood: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Omal soovil töölepingu lõpetamise avaldus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Olen käesolevaga esitanud oma soovi lõpetada tööleping, mis on sõlmitud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  <w:r>
        <w:t xml:space="preserve"> </w:t>
      </w:r>
      <w:r>
        <w:rPr>
          <w:rFonts w:ascii="Calibri" w:hAnsi="Calibri"/>
          <w:color w:val="333333"/>
          <w:sz w:val="22"/>
        </w:rPr>
        <w:t>. Töölepingu lõpetamise kuupäevaks soovin määrata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  <w:r>
        <w:t xml:space="preserve"> </w:t>
      </w:r>
      <w:r>
        <w:rPr>
          <w:rFonts w:ascii="Calibri" w:hAnsi="Calibri"/>
          <w:color w:val="333333"/>
          <w:sz w:val="22"/>
        </w:rPr>
        <w:t>.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Põhjendus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Oma otsuse põhjuseks on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  <w:r>
        <w:t xml:space="preserve"> </w:t>
      </w:r>
      <w:r>
        <w:rPr>
          <w:rFonts w:ascii="Calibri" w:hAnsi="Calibri"/>
          <w:color w:val="333333"/>
          <w:sz w:val="22"/>
        </w:rPr>
        <w:t>. Olen teinud selle otsuse pärast hoolikat kaalumist ja loodan, et mõistate minu seisukohta.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Viimane tööpäev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Minu viimane tööpäev on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  <w:r>
        <w:t xml:space="preserve"> </w:t>
      </w:r>
      <w:r>
        <w:rPr>
          <w:rFonts w:ascii="Calibri" w:hAnsi="Calibri"/>
          <w:color w:val="333333"/>
          <w:sz w:val="22"/>
        </w:rPr>
        <w:t>. Palun kinnitage, et olete teadlik minu lahkumisest ja viimasest tööpäevast.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Tagasiside ja lõpetamine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Palun andke mulle teada, kui on vajalikud täiendavad toimingud seoses minu töölepingu lõpetamisega. Olen valmis arutama kõiki vajalikke üksikasju ning tagama sujuva ülemineku.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Allkiri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Allkiri: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Kuupäev: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</w:p>
    <w:sectPr w:rsidR="00FC693F" w:rsidRPr="0006063C" w:rsidSect="00034616">
      <w:pgSz w:w="12240" w:h="15840"/>
      <w:pgMar w:top="1417" w:right="1134" w:bottom="141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