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after="360"/>
        <w:jc w:val="center"/>
      </w:pPr>
      <w:r>
        <w:rPr>
          <w:rFonts w:ascii="Calibri" w:hAnsi="Calibri"/>
          <w:b/>
          <w:color w:val="1F4788"/>
          <w:sz w:val="40"/>
        </w:rPr>
        <w:t>Motivatsioonikiri gümnaasiumi näidis</w:t>
      </w:r>
    </w:p>
    <w:p>
      <w:pPr>
        <w:spacing w:after="240"/>
        <w:jc w:val="center"/>
      </w:pPr>
      <w:r>
        <w:rPr>
          <w:color w:val="1F4788"/>
        </w:rPr>
        <w:t>──────────────────────────────────────────────────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Armas [Kooli nimi] vastuvõtukomisjon,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Minu nimi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ja olen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aastat vana. Kirjutan Teile, et väljendada oma huvi astuda [Kooli nimi] gümnaasiumisse ning jagada oma motivatsiooni ja põhjuseid, miks usun, et see kool on minu jaoks parim valik.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Olen alati olnud huvitatud õppimisest ja enesearengust. Minu tugevad küljed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, mis on mind aidanud saavutada häid tulemusi [eelnevas koolis/näidake oma saavutusi].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Olen aktiivne osaleja erinevates kooliüritustes ja ringides, sealhulgas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 Need tegevused on arendanud minu meeskonnatöö oskusi ja andnud mulle võimaluse tutvuda erinevate inimestega.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Usun, et [Kooli nimi] gümnaasium pakub mulle suurepäraseid võimalusi oma teadmiste ja oskuste arendamiseks. Erilised huvid, mis mind gümnaasiumis köidavad,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 Olen kindel, et saan panustada kooli kogukonda ja tuua oma ideed ning energiat.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Olen valmis võtma vastu uusi väljakutseid ja õppima uusi asju. Minu eesmärk on saavutada akadeemilisi edusamme ning valmistuda tulevikuks, olgu see siis ülikool või ametialane karjäär. Usun, et [Kooli nimi] gümnaasium suudab mind sellel teel toetada.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Täname Teid, et leidsite aega minu motivatsioonikirja lugemiseks. Ootan põnevusega võimalust liituda [Kooli nimi] gümnaasiumiga ja anda oma panus selle kogukonda.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Lugupidamisega,</w:t>
      </w:r>
    </w:p>
    <w:sectPr w:rsidR="00FC693F" w:rsidRPr="0006063C" w:rsidSect="00034616">
      <w:pgSz w:w="12240" w:h="15840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